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i w:val="0"/>
          <w:sz w:val="26"/>
        </w:rPr>
        <w:t>İCRA TAKİBİNE İTİRAZ DİLEKÇESİ ÖRNEĞİ</w:t>
      </w:r>
      <w:r>
        <w:br/>
      </w:r>
      <w:r>
        <w:rPr>
          <w:rFonts w:ascii="Times New Roman" w:hAnsi="Times New Roman"/>
          <w:b/>
          <w:i w:val="0"/>
          <w:sz w:val="26"/>
        </w:rPr>
        <w:t>(İLAMSIZ TAKİP — 2004 s. İcra ve İflas Kanunu m. 62)</w:t>
      </w:r>
    </w:p>
    <w:p>
      <w:pPr>
        <w:spacing w:after="120"/>
        <w:jc w:val="left"/>
      </w:pPr>
      <w:r>
        <w:rPr>
          <w:rFonts w:ascii="Times New Roman" w:hAnsi="Times New Roman"/>
          <w:b/>
          <w:i w:val="0"/>
          <w:color w:val="444444"/>
          <w:sz w:val="21"/>
        </w:rPr>
        <w:t>⚠ ÖNCE BUNU OKUYUN — YANLIŞ ŞABLON HAK KAYBINA YOL AÇAR</w:t>
      </w:r>
    </w:p>
    <w:p>
      <w:pPr>
        <w:spacing w:after="120"/>
        <w:jc w:val="left"/>
      </w:pPr>
      <w:r>
        <w:rPr>
          <w:rFonts w:ascii="Times New Roman" w:hAnsi="Times New Roman"/>
          <w:b w:val="0"/>
          <w:i w:val="0"/>
          <w:color w:val="444444"/>
          <w:sz w:val="21"/>
        </w:rPr>
        <w:t xml:space="preserve">Bu şablon </w:t>
      </w:r>
      <w:r>
        <w:rPr>
          <w:rFonts w:ascii="Times New Roman" w:hAnsi="Times New Roman"/>
          <w:b/>
          <w:i w:val="0"/>
          <w:color w:val="444444"/>
          <w:sz w:val="21"/>
        </w:rPr>
        <w:t>yalnızca ilamsız (adi) takiplerde</w:t>
      </w:r>
      <w:r>
        <w:rPr>
          <w:rFonts w:ascii="Times New Roman" w:hAnsi="Times New Roman"/>
          <w:b w:val="0"/>
          <w:i w:val="0"/>
          <w:color w:val="444444"/>
          <w:sz w:val="21"/>
        </w:rPr>
        <w:t xml:space="preserve"> kullanılır. Takibiniz </w:t>
      </w:r>
      <w:r>
        <w:rPr>
          <w:rFonts w:ascii="Times New Roman" w:hAnsi="Times New Roman"/>
          <w:b/>
          <w:i w:val="0"/>
          <w:color w:val="444444"/>
          <w:sz w:val="21"/>
        </w:rPr>
        <w:t>çek, bono (senet) veya poliçeye</w:t>
      </w:r>
      <w:r>
        <w:rPr>
          <w:rFonts w:ascii="Times New Roman" w:hAnsi="Times New Roman"/>
          <w:b w:val="0"/>
          <w:i w:val="0"/>
          <w:color w:val="444444"/>
          <w:sz w:val="21"/>
        </w:rPr>
        <w:t xml:space="preserve"> dayanıyorsa </w:t>
      </w:r>
      <w:r>
        <w:rPr>
          <w:rFonts w:ascii="Times New Roman" w:hAnsi="Times New Roman"/>
          <w:b/>
          <w:i w:val="0"/>
          <w:color w:val="444444"/>
          <w:sz w:val="21"/>
        </w:rPr>
        <w:t>bu şablonu KULLANMAYINIZ</w:t>
      </w:r>
      <w:r>
        <w:rPr>
          <w:rFonts w:ascii="Times New Roman" w:hAnsi="Times New Roman"/>
          <w:b w:val="0"/>
          <w:i w:val="0"/>
          <w:color w:val="444444"/>
          <w:sz w:val="21"/>
        </w:rPr>
        <w:t>; usul tamamen farklıdır:</w:t>
      </w:r>
    </w:p>
    <w:p>
      <w:pPr>
        <w:spacing w:after="120"/>
        <w:jc w:val="left"/>
      </w:pPr>
      <w:r>
        <w:rPr>
          <w:rFonts w:ascii="Times New Roman" w:hAnsi="Times New Roman"/>
          <w:b/>
          <w:i w:val="0"/>
          <w:color w:val="444444"/>
          <w:sz w:val="21"/>
        </w:rPr>
        <w:t>Kambiyo senedine dayalı takipte</w:t>
      </w:r>
      <w:r>
        <w:rPr>
          <w:rFonts w:ascii="Times New Roman" w:hAnsi="Times New Roman"/>
          <w:b w:val="0"/>
          <w:i w:val="0"/>
          <w:color w:val="444444"/>
          <w:sz w:val="21"/>
        </w:rPr>
        <w:t xml:space="preserve"> (İİK m. 168): itiraz süresi </w:t>
      </w:r>
      <w:r>
        <w:rPr>
          <w:rFonts w:ascii="Times New Roman" w:hAnsi="Times New Roman"/>
          <w:b/>
          <w:i w:val="0"/>
          <w:color w:val="444444"/>
          <w:sz w:val="21"/>
        </w:rPr>
        <w:t>yedi gün değil BEŞ GÜNDÜR</w:t>
      </w:r>
      <w:r>
        <w:rPr>
          <w:rFonts w:ascii="Times New Roman" w:hAnsi="Times New Roman"/>
          <w:b w:val="0"/>
          <w:i w:val="0"/>
          <w:color w:val="444444"/>
          <w:sz w:val="21"/>
        </w:rPr>
        <w:t xml:space="preserve">; itiraz icra dairesine değil </w:t>
      </w:r>
      <w:r>
        <w:rPr>
          <w:rFonts w:ascii="Times New Roman" w:hAnsi="Times New Roman"/>
          <w:b/>
          <w:i w:val="0"/>
          <w:color w:val="444444"/>
          <w:sz w:val="21"/>
        </w:rPr>
        <w:t>İCRA MAHKEMESİNE</w:t>
      </w:r>
      <w:r>
        <w:rPr>
          <w:rFonts w:ascii="Times New Roman" w:hAnsi="Times New Roman"/>
          <w:b w:val="0"/>
          <w:i w:val="0"/>
          <w:color w:val="444444"/>
          <w:sz w:val="21"/>
        </w:rPr>
        <w:t xml:space="preserve"> ve yalnızca </w:t>
      </w:r>
      <w:r>
        <w:rPr>
          <w:rFonts w:ascii="Times New Roman" w:hAnsi="Times New Roman"/>
          <w:b/>
          <w:i w:val="0"/>
          <w:color w:val="444444"/>
          <w:sz w:val="21"/>
        </w:rPr>
        <w:t>dilekçeyle</w:t>
      </w:r>
      <w:r>
        <w:rPr>
          <w:rFonts w:ascii="Times New Roman" w:hAnsi="Times New Roman"/>
          <w:b w:val="0"/>
          <w:i w:val="0"/>
          <w:color w:val="444444"/>
          <w:sz w:val="21"/>
        </w:rPr>
        <w:t xml:space="preserve"> yapılır. Bu hâlde «Kambiyo Senedine Dayalı Takipte İtiraz» örneğini kullanınız.</w:t>
      </w:r>
    </w:p>
    <w:p>
      <w:pPr>
        <w:spacing w:after="120"/>
        <w:jc w:val="left"/>
      </w:pPr>
      <w:r>
        <w:rPr>
          <w:rFonts w:ascii="Times New Roman" w:hAnsi="Times New Roman"/>
          <w:b/>
          <w:i w:val="0"/>
          <w:color w:val="444444"/>
          <w:sz w:val="21"/>
        </w:rPr>
        <w:t>Ödeme emrinizde hangisi yazıyor?</w:t>
      </w:r>
      <w:r>
        <w:rPr>
          <w:rFonts w:ascii="Times New Roman" w:hAnsi="Times New Roman"/>
          <w:b w:val="0"/>
          <w:i w:val="0"/>
          <w:color w:val="444444"/>
          <w:sz w:val="21"/>
        </w:rPr>
        <w:t xml:space="preserve"> Ödeme emrinin üst kısmında takibin türü ve itiraz süresi yazılıdır. "Beş gün içinde icra mahkemesine" ibaresi görüyorsanız kambiyo takibindesiniz.</w:t>
      </w:r>
    </w:p>
    <w:p>
      <w:pPr>
        <w:spacing w:after="120"/>
        <w:jc w:val="left"/>
      </w:pPr>
      <w:r>
        <w:rPr>
          <w:rFonts w:ascii="Times New Roman" w:hAnsi="Times New Roman"/>
          <w:b/>
          <w:i w:val="0"/>
          <w:color w:val="444444"/>
          <w:sz w:val="21"/>
        </w:rPr>
        <w:t>KULLANIM NOTU — Dilekçeyi vermeden önce bu kutuyu siliniz.</w:t>
      </w:r>
    </w:p>
    <w:p>
      <w:pPr>
        <w:spacing w:after="120"/>
        <w:jc w:val="left"/>
      </w:pPr>
      <w:r>
        <w:rPr>
          <w:rFonts w:ascii="Times New Roman" w:hAnsi="Times New Roman"/>
          <w:b/>
          <w:i w:val="0"/>
          <w:color w:val="444444"/>
          <w:sz w:val="21"/>
        </w:rPr>
        <w:t>1. ⚠ SÜRE: YEDİ GÜN.</w:t>
      </w:r>
      <w:r>
        <w:rPr>
          <w:rFonts w:ascii="Times New Roman" w:hAnsi="Times New Roman"/>
          <w:b w:val="0"/>
          <w:i w:val="0"/>
          <w:color w:val="444444"/>
          <w:sz w:val="21"/>
        </w:rPr>
        <w:t xml:space="preserve"> İtiraz, ödeme emrinin </w:t>
      </w:r>
      <w:r>
        <w:rPr>
          <w:rFonts w:ascii="Times New Roman" w:hAnsi="Times New Roman"/>
          <w:b/>
          <w:i w:val="0"/>
          <w:color w:val="444444"/>
          <w:sz w:val="21"/>
        </w:rPr>
        <w:t>tebliğ tarihinden itibaren yedi gün içinde</w:t>
      </w:r>
      <w:r>
        <w:rPr>
          <w:rFonts w:ascii="Times New Roman" w:hAnsi="Times New Roman"/>
          <w:b w:val="0"/>
          <w:i w:val="0"/>
          <w:color w:val="444444"/>
          <w:sz w:val="21"/>
        </w:rPr>
        <w:t xml:space="preserve"> icra dairesine bildirilmek zorundadır (İİK m. 62/1). Bu süre </w:t>
      </w:r>
      <w:r>
        <w:rPr>
          <w:rFonts w:ascii="Times New Roman" w:hAnsi="Times New Roman"/>
          <w:b/>
          <w:i w:val="0"/>
          <w:color w:val="444444"/>
          <w:sz w:val="21"/>
        </w:rPr>
        <w:t>kaçırılırsa takip kesinleşir</w:t>
      </w:r>
      <w:r>
        <w:rPr>
          <w:rFonts w:ascii="Times New Roman" w:hAnsi="Times New Roman"/>
          <w:b w:val="0"/>
          <w:i w:val="0"/>
          <w:color w:val="444444"/>
          <w:sz w:val="21"/>
        </w:rPr>
        <w:t>; artık borca itiraz edemezsiniz ve haciz aşamasına geçilir. Süreyi ödeme emrinin size tebliğ edildiği günden itibaren sayınız.</w:t>
      </w:r>
    </w:p>
    <w:p>
      <w:pPr>
        <w:spacing w:after="120"/>
        <w:jc w:val="left"/>
      </w:pPr>
      <w:r>
        <w:rPr>
          <w:rFonts w:ascii="Times New Roman" w:hAnsi="Times New Roman"/>
          <w:b/>
          <w:i w:val="0"/>
          <w:color w:val="444444"/>
          <w:sz w:val="21"/>
        </w:rPr>
        <w:t>2. Nereye verilir?</w:t>
      </w:r>
      <w:r>
        <w:rPr>
          <w:rFonts w:ascii="Times New Roman" w:hAnsi="Times New Roman"/>
          <w:b w:val="0"/>
          <w:i w:val="0"/>
          <w:color w:val="444444"/>
          <w:sz w:val="21"/>
        </w:rPr>
        <w:t xml:space="preserve"> Takibi yapan </w:t>
      </w:r>
      <w:r>
        <w:rPr>
          <w:rFonts w:ascii="Times New Roman" w:hAnsi="Times New Roman"/>
          <w:b/>
          <w:i w:val="0"/>
          <w:color w:val="444444"/>
          <w:sz w:val="21"/>
        </w:rPr>
        <w:t>icra dairesine</w:t>
      </w:r>
      <w:r>
        <w:rPr>
          <w:rFonts w:ascii="Times New Roman" w:hAnsi="Times New Roman"/>
          <w:b w:val="0"/>
          <w:i w:val="0"/>
          <w:color w:val="444444"/>
          <w:sz w:val="21"/>
        </w:rPr>
        <w:t xml:space="preserve"> — dilekçeyle ya da sözlü olarak. Başka bir icra dairesine verirseniz, o daire gerekli masrafı alıp itirazı derhâl yetkili daireye gönderir; ancak süre riski nedeniyle doğrudan takibi yapan daireye vermek güvenlidir. İtiraz ettiğinize dair size </w:t>
      </w:r>
      <w:r>
        <w:rPr>
          <w:rFonts w:ascii="Times New Roman" w:hAnsi="Times New Roman"/>
          <w:b/>
          <w:i w:val="0"/>
          <w:color w:val="444444"/>
          <w:sz w:val="21"/>
        </w:rPr>
        <w:t>bedava ve pulsuz bir belge verilir</w:t>
      </w:r>
      <w:r>
        <w:rPr>
          <w:rFonts w:ascii="Times New Roman" w:hAnsi="Times New Roman"/>
          <w:b w:val="0"/>
          <w:i w:val="0"/>
          <w:color w:val="444444"/>
          <w:sz w:val="21"/>
        </w:rPr>
        <w:t xml:space="preserve"> — mutlaka alınız ve saklayınız.</w:t>
      </w:r>
    </w:p>
    <w:p>
      <w:pPr>
        <w:spacing w:after="120"/>
        <w:jc w:val="left"/>
      </w:pPr>
      <w:r>
        <w:rPr>
          <w:rFonts w:ascii="Times New Roman" w:hAnsi="Times New Roman"/>
          <w:b/>
          <w:i w:val="0"/>
          <w:color w:val="444444"/>
          <w:sz w:val="21"/>
        </w:rPr>
        <w:t>3. ⚠ Kısmi itirazda miktarı açıkça yazın.</w:t>
      </w:r>
      <w:r>
        <w:rPr>
          <w:rFonts w:ascii="Times New Roman" w:hAnsi="Times New Roman"/>
          <w:b w:val="0"/>
          <w:i w:val="0"/>
          <w:color w:val="444444"/>
          <w:sz w:val="21"/>
        </w:rPr>
        <w:t xml:space="preserve"> Borcun bir kısmına itiraz ediyorsanız, itiraz ettiğiniz kısmın </w:t>
      </w:r>
      <w:r>
        <w:rPr>
          <w:rFonts w:ascii="Times New Roman" w:hAnsi="Times New Roman"/>
          <w:b/>
          <w:i w:val="0"/>
          <w:color w:val="444444"/>
          <w:sz w:val="21"/>
        </w:rPr>
        <w:t>cihetini ve miktarını açıkça göstermek zorundasınız</w:t>
      </w:r>
      <w:r>
        <w:rPr>
          <w:rFonts w:ascii="Times New Roman" w:hAnsi="Times New Roman"/>
          <w:b w:val="0"/>
          <w:i w:val="0"/>
          <w:color w:val="444444"/>
          <w:sz w:val="21"/>
        </w:rPr>
        <w:t xml:space="preserve">; aksi hâlde </w:t>
      </w:r>
      <w:r>
        <w:rPr>
          <w:rFonts w:ascii="Times New Roman" w:hAnsi="Times New Roman"/>
          <w:b/>
          <w:i w:val="0"/>
          <w:color w:val="444444"/>
          <w:sz w:val="21"/>
        </w:rPr>
        <w:t>itiraz edilmemiş sayılır</w:t>
      </w:r>
      <w:r>
        <w:rPr>
          <w:rFonts w:ascii="Times New Roman" w:hAnsi="Times New Roman"/>
          <w:b w:val="0"/>
          <w:i w:val="0"/>
          <w:color w:val="444444"/>
          <w:sz w:val="21"/>
        </w:rPr>
        <w:t xml:space="preserve"> (İİK m. 62/4). "Borcun bir kısmını kabul etmiyorum" demek yetmez; "… TL'lik kısma itiraz ediyorum" biçiminde yazınız.</w:t>
      </w:r>
    </w:p>
    <w:p>
      <w:pPr>
        <w:spacing w:after="120"/>
        <w:jc w:val="left"/>
      </w:pPr>
      <w:r>
        <w:rPr>
          <w:rFonts w:ascii="Times New Roman" w:hAnsi="Times New Roman"/>
          <w:b/>
          <w:i w:val="0"/>
          <w:color w:val="444444"/>
          <w:sz w:val="21"/>
        </w:rPr>
        <w:t>4. ⚠ İmzaya itiraz ayrıca ve açıkça yazılmalı.</w:t>
      </w:r>
      <w:r>
        <w:rPr>
          <w:rFonts w:ascii="Times New Roman" w:hAnsi="Times New Roman"/>
          <w:b w:val="0"/>
          <w:i w:val="0"/>
          <w:color w:val="444444"/>
          <w:sz w:val="21"/>
        </w:rPr>
        <w:t xml:space="preserve"> Takibe dayanak </w:t>
      </w:r>
      <w:r>
        <w:rPr>
          <w:rFonts w:ascii="Times New Roman" w:hAnsi="Times New Roman"/>
          <w:b/>
          <w:i w:val="0"/>
          <w:color w:val="444444"/>
          <w:sz w:val="21"/>
        </w:rPr>
        <w:t>adi senetteki</w:t>
      </w:r>
      <w:r>
        <w:rPr>
          <w:rFonts w:ascii="Times New Roman" w:hAnsi="Times New Roman"/>
          <w:b w:val="0"/>
          <w:i w:val="0"/>
          <w:color w:val="444444"/>
          <w:sz w:val="21"/>
        </w:rPr>
        <w:t xml:space="preserve"> imza size ait değilse, bunu itirazınızda </w:t>
      </w:r>
      <w:r>
        <w:rPr>
          <w:rFonts w:ascii="Times New Roman" w:hAnsi="Times New Roman"/>
          <w:b/>
          <w:i w:val="0"/>
          <w:color w:val="444444"/>
          <w:sz w:val="21"/>
        </w:rPr>
        <w:t>ayrıca ve açıkça</w:t>
      </w:r>
      <w:r>
        <w:rPr>
          <w:rFonts w:ascii="Times New Roman" w:hAnsi="Times New Roman"/>
          <w:b w:val="0"/>
          <w:i w:val="0"/>
          <w:color w:val="444444"/>
          <w:sz w:val="21"/>
        </w:rPr>
        <w:t xml:space="preserve"> beyan etmelisiniz; aksi hâlde </w:t>
      </w:r>
      <w:r>
        <w:rPr>
          <w:rFonts w:ascii="Times New Roman" w:hAnsi="Times New Roman"/>
          <w:b/>
          <w:i w:val="0"/>
          <w:color w:val="444444"/>
          <w:sz w:val="21"/>
        </w:rPr>
        <w:t>imzayı kabul etmiş sayılırsınız</w:t>
      </w:r>
      <w:r>
        <w:rPr>
          <w:rFonts w:ascii="Times New Roman" w:hAnsi="Times New Roman"/>
          <w:b w:val="0"/>
          <w:i w:val="0"/>
          <w:color w:val="444444"/>
          <w:sz w:val="21"/>
        </w:rPr>
        <w:t xml:space="preserve"> (İİK m. 62/5). Bu, uygulamada en sık yapılan ve telafisi olmayan hatalardan biridir. </w:t>
      </w:r>
      <w:r>
        <w:rPr>
          <w:rFonts w:ascii="Times New Roman" w:hAnsi="Times New Roman"/>
          <w:b/>
          <w:i w:val="0"/>
          <w:color w:val="444444"/>
          <w:sz w:val="21"/>
        </w:rPr>
        <w:t>Dikkat:</w:t>
      </w:r>
      <w:r>
        <w:rPr>
          <w:rFonts w:ascii="Times New Roman" w:hAnsi="Times New Roman"/>
          <w:b w:val="0"/>
          <w:i w:val="0"/>
          <w:color w:val="444444"/>
          <w:sz w:val="21"/>
        </w:rPr>
        <w:t xml:space="preserve"> senet bir </w:t>
      </w:r>
      <w:r>
        <w:rPr>
          <w:rFonts w:ascii="Times New Roman" w:hAnsi="Times New Roman"/>
          <w:b/>
          <w:i w:val="0"/>
          <w:color w:val="444444"/>
          <w:sz w:val="21"/>
        </w:rPr>
        <w:t>kambiyo senedi</w:t>
      </w:r>
      <w:r>
        <w:rPr>
          <w:rFonts w:ascii="Times New Roman" w:hAnsi="Times New Roman"/>
          <w:b w:val="0"/>
          <w:i w:val="0"/>
          <w:color w:val="444444"/>
          <w:sz w:val="21"/>
        </w:rPr>
        <w:t xml:space="preserve"> ise (çek, bono, poliçe) imza itirazı bu dilekçeyle değil, beş gün içinde icra mahkemesine verilecek dilekçeyle yapılır ve haksız imza inkârının ayrı bir yaptırımı vardır — «Kambiyo Senedine Dayalı Takipte İtiraz» örneğine bakınız.</w:t>
      </w:r>
    </w:p>
    <w:p>
      <w:pPr>
        <w:spacing w:after="120"/>
        <w:jc w:val="left"/>
      </w:pPr>
      <w:r>
        <w:rPr>
          <w:rFonts w:ascii="Times New Roman" w:hAnsi="Times New Roman"/>
          <w:b/>
          <w:i w:val="0"/>
          <w:color w:val="444444"/>
          <w:sz w:val="21"/>
        </w:rPr>
        <w:t>5. Adres bildirmek zorunludur.</w:t>
      </w:r>
      <w:r>
        <w:rPr>
          <w:rFonts w:ascii="Times New Roman" w:hAnsi="Times New Roman"/>
          <w:b w:val="0"/>
          <w:i w:val="0"/>
          <w:color w:val="444444"/>
          <w:sz w:val="21"/>
        </w:rPr>
        <w:t xml:space="preserve"> Borçlu, itirazla birlikte </w:t>
      </w:r>
      <w:r>
        <w:rPr>
          <w:rFonts w:ascii="Times New Roman" w:hAnsi="Times New Roman"/>
          <w:b/>
          <w:i w:val="0"/>
          <w:color w:val="444444"/>
          <w:sz w:val="21"/>
        </w:rPr>
        <w:t>yurt içinde bir adres bildirmek zorundadır</w:t>
      </w:r>
      <w:r>
        <w:rPr>
          <w:rFonts w:ascii="Times New Roman" w:hAnsi="Times New Roman"/>
          <w:b w:val="0"/>
          <w:i w:val="0"/>
          <w:color w:val="444444"/>
          <w:sz w:val="21"/>
        </w:rPr>
        <w:t xml:space="preserve"> (İİK m. 62/3). Adres değişikliğini bildirmezseniz, takip talebindeki adrese çıkarılan tebligat size yapılmış sayılır.</w:t>
      </w:r>
    </w:p>
    <w:p>
      <w:pPr>
        <w:spacing w:after="120"/>
        <w:jc w:val="left"/>
      </w:pPr>
      <w:r>
        <w:rPr>
          <w:rFonts w:ascii="Times New Roman" w:hAnsi="Times New Roman"/>
          <w:b/>
          <w:i w:val="0"/>
          <w:color w:val="444444"/>
          <w:sz w:val="21"/>
        </w:rPr>
        <w:t>6. Sonrasında ne olur?</w:t>
      </w:r>
      <w:r>
        <w:rPr>
          <w:rFonts w:ascii="Times New Roman" w:hAnsi="Times New Roman"/>
          <w:b w:val="0"/>
          <w:i w:val="0"/>
          <w:color w:val="444444"/>
          <w:sz w:val="21"/>
        </w:rPr>
        <w:t xml:space="preserve"> İtiraz üzerine takip </w:t>
      </w:r>
      <w:r>
        <w:rPr>
          <w:rFonts w:ascii="Times New Roman" w:hAnsi="Times New Roman"/>
          <w:b/>
          <w:i w:val="0"/>
          <w:color w:val="444444"/>
          <w:sz w:val="21"/>
        </w:rPr>
        <w:t>durur.</w:t>
      </w:r>
      <w:r>
        <w:rPr>
          <w:rFonts w:ascii="Times New Roman" w:hAnsi="Times New Roman"/>
          <w:b w:val="0"/>
          <w:i w:val="0"/>
          <w:color w:val="444444"/>
          <w:sz w:val="21"/>
        </w:rPr>
        <w:t xml:space="preserve"> Alacaklı, itirazın kaldırılması (icra mahkemesi) veya itirazın iptali (genel mahkeme) yoluna başvurabilir. </w:t>
      </w:r>
      <w:r>
        <w:rPr>
          <w:rFonts w:ascii="Times New Roman" w:hAnsi="Times New Roman"/>
          <w:b/>
          <w:i w:val="0"/>
          <w:color w:val="444444"/>
          <w:sz w:val="21"/>
        </w:rPr>
        <w:t>Haksız itiraz</w:t>
      </w:r>
      <w:r>
        <w:rPr>
          <w:rFonts w:ascii="Times New Roman" w:hAnsi="Times New Roman"/>
          <w:b w:val="0"/>
          <w:i w:val="0"/>
          <w:color w:val="444444"/>
          <w:sz w:val="21"/>
        </w:rPr>
        <w:t xml:space="preserve"> hâlinde aleyhinize </w:t>
      </w:r>
      <w:r>
        <w:rPr>
          <w:rFonts w:ascii="Times New Roman" w:hAnsi="Times New Roman"/>
          <w:b/>
          <w:i w:val="0"/>
          <w:color w:val="444444"/>
          <w:sz w:val="21"/>
        </w:rPr>
        <w:t>icra inkâr tazminatına</w:t>
      </w:r>
      <w:r>
        <w:rPr>
          <w:rFonts w:ascii="Times New Roman" w:hAnsi="Times New Roman"/>
          <w:b w:val="0"/>
          <w:i w:val="0"/>
          <w:color w:val="444444"/>
          <w:sz w:val="21"/>
        </w:rPr>
        <w:t xml:space="preserve"> hükmedilebileceğini; buna karşılık alacaklının takibi haksızsa onun aleyhine </w:t>
      </w:r>
      <w:r>
        <w:rPr>
          <w:rFonts w:ascii="Times New Roman" w:hAnsi="Times New Roman"/>
          <w:b/>
          <w:i w:val="0"/>
          <w:color w:val="444444"/>
          <w:sz w:val="21"/>
        </w:rPr>
        <w:t>kötü niyet tazminatı</w:t>
      </w:r>
      <w:r>
        <w:rPr>
          <w:rFonts w:ascii="Times New Roman" w:hAnsi="Times New Roman"/>
          <w:b w:val="0"/>
          <w:i w:val="0"/>
          <w:color w:val="444444"/>
          <w:sz w:val="21"/>
        </w:rPr>
        <w:t xml:space="preserve"> doğabileceğini bilerek hareket ediniz.</w:t>
      </w:r>
    </w:p>
    <w:p>
      <w:pPr>
        <w:spacing w:after="120"/>
        <w:jc w:val="left"/>
      </w:pPr>
      <w:r>
        <w:rPr>
          <w:rFonts w:ascii="Times New Roman" w:hAnsi="Times New Roman"/>
          <w:b/>
          <w:i w:val="0"/>
          <w:color w:val="444444"/>
          <w:sz w:val="21"/>
        </w:rPr>
        <w:t>7. Faize itiraz ediyorsanız oran yazmayın.</w:t>
      </w:r>
      <w:r>
        <w:rPr>
          <w:rFonts w:ascii="Times New Roman" w:hAnsi="Times New Roman"/>
          <w:b w:val="0"/>
          <w:i w:val="0"/>
          <w:color w:val="444444"/>
          <w:sz w:val="21"/>
        </w:rPr>
        <w:t xml:space="preserve"> "Talep edilen faiz oranı fahiştir" demekle yetininiz; kendi hesabınıza sayısal bir kanuni faiz oranı yazmayınız. 7589 sayılı Kanunla (RG 31.07.2026) kanuni faiz sabit yüzde olmaktan çıkarılıp </w:t>
      </w:r>
      <w:r>
        <w:rPr>
          <w:rFonts w:ascii="Times New Roman" w:hAnsi="Times New Roman"/>
          <w:b/>
          <w:i w:val="0"/>
          <w:color w:val="444444"/>
          <w:sz w:val="21"/>
        </w:rPr>
        <w:t>reeskont oranına</w:t>
      </w:r>
      <w:r>
        <w:rPr>
          <w:rFonts w:ascii="Times New Roman" w:hAnsi="Times New Roman"/>
          <w:b w:val="0"/>
          <w:i w:val="0"/>
          <w:color w:val="444444"/>
          <w:sz w:val="21"/>
        </w:rPr>
        <w:t xml:space="preserve"> bağlanmıştır ve dönemsel olarak değişir.</w:t>
      </w:r>
    </w:p>
    <w:p>
      <w:pPr>
        <w:spacing w:after="120"/>
        <w:jc w:val="center"/>
      </w:pPr>
      <w:r>
        <w:rPr>
          <w:rFonts w:ascii="Times New Roman" w:hAnsi="Times New Roman"/>
          <w:b/>
          <w:i w:val="0"/>
          <w:sz w:val="26"/>
        </w:rPr>
        <w:t>[ ● ] İCRA MÜDÜRLÜĞÜNE</w:t>
      </w:r>
    </w:p>
    <w:p>
      <w:pPr>
        <w:spacing w:after="120"/>
        <w:ind w:left="2600" w:hanging="2600"/>
        <w:jc w:val="left"/>
      </w:pPr>
      <w:r>
        <w:rPr>
          <w:rFonts w:ascii="Times New Roman" w:hAnsi="Times New Roman"/>
          <w:b/>
          <w:i w:val="0"/>
          <w:sz w:val="24"/>
        </w:rPr>
        <w:t>DOSYA NO</w:t>
      </w:r>
      <w:r>
        <w:rPr>
          <w:rFonts w:ascii="Times New Roman" w:hAnsi="Times New Roman"/>
          <w:b w:val="0"/>
          <w:i w:val="0"/>
          <w:sz w:val="24"/>
        </w:rPr>
        <w:t xml:space="preserve">             : [ ● ] E.</w:t>
      </w:r>
    </w:p>
    <w:p>
      <w:pPr>
        <w:spacing w:after="120"/>
        <w:ind w:left="2600" w:hanging="2600"/>
        <w:jc w:val="left"/>
      </w:pPr>
      <w:r>
        <w:rPr>
          <w:rFonts w:ascii="Times New Roman" w:hAnsi="Times New Roman"/>
          <w:b/>
          <w:i w:val="0"/>
          <w:sz w:val="24"/>
        </w:rPr>
        <w:t>İTİRAZ EDEN</w:t>
      </w:r>
    </w:p>
    <w:p>
      <w:pPr>
        <w:spacing w:after="120"/>
        <w:ind w:left="2600" w:hanging="2600"/>
        <w:jc w:val="left"/>
      </w:pPr>
      <w:r>
        <w:rPr>
          <w:rFonts w:ascii="Times New Roman" w:hAnsi="Times New Roman"/>
          <w:b/>
          <w:i w:val="0"/>
          <w:sz w:val="24"/>
        </w:rPr>
        <w:t>BORÇLU</w:t>
      </w:r>
      <w:r>
        <w:rPr>
          <w:rFonts w:ascii="Times New Roman" w:hAnsi="Times New Roman"/>
          <w:b w:val="0"/>
          <w:i w:val="0"/>
          <w:sz w:val="24"/>
        </w:rPr>
        <w:t xml:space="preserve">               : [ Ad Soyad / Unvan ] (T.C. Kimlik / Vergi No: [ ● ])</w:t>
      </w:r>
    </w:p>
    <w:p>
      <w:pPr>
        <w:spacing w:after="120"/>
        <w:ind w:left="2600"/>
        <w:jc w:val="left"/>
      </w:pPr>
      <w:r>
        <w:rPr>
          <w:rFonts w:ascii="Times New Roman" w:hAnsi="Times New Roman"/>
          <w:b w:val="0"/>
          <w:i w:val="0"/>
          <w:sz w:val="24"/>
        </w:rPr>
        <w:t xml:space="preserve">[ </w:t>
      </w:r>
      <w:r>
        <w:rPr>
          <w:rFonts w:ascii="Times New Roman" w:hAnsi="Times New Roman"/>
          <w:b/>
          <w:i w:val="0"/>
          <w:sz w:val="24"/>
        </w:rPr>
        <w:t>Yurt içi adres — bildirimi zorunludur</w:t>
      </w:r>
      <w:r>
        <w:rPr>
          <w:rFonts w:ascii="Times New Roman" w:hAnsi="Times New Roman"/>
          <w:b w:val="0"/>
          <w:i w:val="0"/>
          <w:sz w:val="24"/>
        </w:rPr>
        <w:t xml:space="preserve"> ]</w:t>
      </w:r>
    </w:p>
    <w:p>
      <w:pPr>
        <w:spacing w:after="120"/>
        <w:ind w:left="2600" w:hanging="2600"/>
        <w:jc w:val="left"/>
      </w:pPr>
      <w:r>
        <w:rPr>
          <w:rFonts w:ascii="Times New Roman" w:hAnsi="Times New Roman"/>
          <w:b/>
          <w:i w:val="0"/>
          <w:sz w:val="24"/>
        </w:rPr>
        <w:t>VEKİLİ</w:t>
      </w:r>
      <w:r>
        <w:rPr>
          <w:rFonts w:ascii="Times New Roman" w:hAnsi="Times New Roman"/>
          <w:b w:val="0"/>
          <w:i w:val="0"/>
          <w:sz w:val="24"/>
        </w:rPr>
        <w:t xml:space="preserve">                 : [ Varsa vekilin adı ve adresi ]</w:t>
      </w:r>
    </w:p>
    <w:p>
      <w:pPr>
        <w:spacing w:after="120"/>
        <w:ind w:left="2600" w:hanging="2600"/>
        <w:jc w:val="left"/>
      </w:pPr>
      <w:r>
        <w:rPr>
          <w:rFonts w:ascii="Times New Roman" w:hAnsi="Times New Roman"/>
          <w:b/>
          <w:i w:val="0"/>
          <w:sz w:val="24"/>
        </w:rPr>
        <w:t>ALACAKLI</w:t>
      </w:r>
      <w:r>
        <w:rPr>
          <w:rFonts w:ascii="Times New Roman" w:hAnsi="Times New Roman"/>
          <w:b w:val="0"/>
          <w:i w:val="0"/>
          <w:sz w:val="24"/>
        </w:rPr>
        <w:t xml:space="preserve">          : [ Ad Soyad / Unvan ]</w:t>
      </w:r>
    </w:p>
    <w:p>
      <w:pPr>
        <w:spacing w:after="120"/>
        <w:ind w:left="2600" w:hanging="2600"/>
        <w:jc w:val="left"/>
      </w:pPr>
      <w:r>
        <w:rPr>
          <w:rFonts w:ascii="Times New Roman" w:hAnsi="Times New Roman"/>
          <w:b/>
          <w:i w:val="0"/>
          <w:sz w:val="24"/>
        </w:rPr>
        <w:t>TEBLİĞ TARİHİ</w:t>
      </w:r>
      <w:r>
        <w:rPr>
          <w:rFonts w:ascii="Times New Roman" w:hAnsi="Times New Roman"/>
          <w:b w:val="0"/>
          <w:i w:val="0"/>
          <w:sz w:val="24"/>
        </w:rPr>
        <w:t xml:space="preserve"> : Ödeme emri tarafıma </w:t>
      </w:r>
      <w:r>
        <w:rPr>
          <w:rFonts w:ascii="Times New Roman" w:hAnsi="Times New Roman"/>
          <w:b/>
          <w:i w:val="0"/>
          <w:sz w:val="24"/>
        </w:rPr>
        <w:t>[ ● ]</w:t>
      </w:r>
      <w:r>
        <w:rPr>
          <w:rFonts w:ascii="Times New Roman" w:hAnsi="Times New Roman"/>
          <w:b w:val="0"/>
          <w:i w:val="0"/>
          <w:sz w:val="24"/>
        </w:rPr>
        <w:t xml:space="preserve"> tarihinde tebliğ edilmiştir.</w:t>
      </w:r>
    </w:p>
    <w:p>
      <w:pPr>
        <w:spacing w:after="360"/>
        <w:ind w:left="2600" w:hanging="2600"/>
        <w:jc w:val="left"/>
      </w:pPr>
      <w:r>
        <w:rPr>
          <w:rFonts w:ascii="Times New Roman" w:hAnsi="Times New Roman"/>
          <w:b/>
          <w:i w:val="0"/>
          <w:sz w:val="24"/>
        </w:rPr>
        <w:t>KONU</w:t>
      </w:r>
      <w:r>
        <w:rPr>
          <w:rFonts w:ascii="Times New Roman" w:hAnsi="Times New Roman"/>
          <w:b w:val="0"/>
          <w:i w:val="0"/>
          <w:sz w:val="24"/>
        </w:rPr>
        <w:t xml:space="preserve">                     : Süresi içinde borca, faize ve ferilerine itirazlarımın sunulmasıdır.</w:t>
      </w:r>
    </w:p>
    <w:p>
      <w:pPr>
        <w:spacing w:after="160" w:before="280"/>
        <w:ind w:left="0"/>
        <w:jc w:val="left"/>
      </w:pPr>
      <w:r>
        <w:rPr>
          <w:rFonts w:ascii="Times New Roman" w:hAnsi="Times New Roman"/>
          <w:b/>
          <w:i w:val="0"/>
          <w:sz w:val="24"/>
        </w:rPr>
        <w:t>İTİRAZLARIM</w:t>
      </w:r>
    </w:p>
    <w:p>
      <w:pPr>
        <w:spacing w:after="160"/>
        <w:ind w:left="0"/>
        <w:jc w:val="both"/>
      </w:pPr>
      <w:r>
        <w:rPr>
          <w:rFonts w:ascii="Times New Roman" w:hAnsi="Times New Roman"/>
          <w:b/>
          <w:i w:val="0"/>
          <w:sz w:val="24"/>
        </w:rPr>
        <w:t>1.</w:t>
      </w:r>
      <w:r>
        <w:rPr>
          <w:rFonts w:ascii="Times New Roman" w:hAnsi="Times New Roman"/>
          <w:b w:val="0"/>
          <w:i w:val="0"/>
          <w:sz w:val="24"/>
        </w:rPr>
        <w:t xml:space="preserve"> Yukarıda numarası yazılı dosyadan gönderilen ödeme emri tarafıma [ ● ] tarihinde tebliğ edilmiş olup, işbu itiraz </w:t>
      </w:r>
      <w:r>
        <w:rPr>
          <w:rFonts w:ascii="Times New Roman" w:hAnsi="Times New Roman"/>
          <w:b/>
          <w:i w:val="0"/>
          <w:sz w:val="24"/>
        </w:rPr>
        <w:t>yasal yedi günlük süre içindedir.</w:t>
      </w:r>
    </w:p>
    <w:p>
      <w:pPr>
        <w:spacing w:after="160"/>
        <w:ind w:left="0"/>
        <w:jc w:val="both"/>
      </w:pPr>
      <w:r>
        <w:rPr>
          <w:rFonts w:ascii="Times New Roman" w:hAnsi="Times New Roman"/>
          <w:b/>
          <w:i w:val="0"/>
          <w:sz w:val="24"/>
        </w:rPr>
        <w:t>2. BORCA İTİRAZ.</w:t>
      </w:r>
      <w:r>
        <w:rPr>
          <w:rFonts w:ascii="Times New Roman" w:hAnsi="Times New Roman"/>
          <w:b w:val="0"/>
          <w:i w:val="0"/>
          <w:sz w:val="24"/>
        </w:rPr>
        <w:t xml:space="preserve"> [ Aşağıdakilerden durumunuza uyanı seçip diğerlerini siliniz. ]</w:t>
      </w:r>
    </w:p>
    <w:p>
      <w:pPr>
        <w:spacing w:after="80"/>
        <w:ind w:left="320"/>
        <w:jc w:val="both"/>
      </w:pPr>
      <w:r>
        <w:rPr>
          <w:rFonts w:ascii="Times New Roman" w:hAnsi="Times New Roman"/>
          <w:b w:val="0"/>
          <w:i w:val="0"/>
          <w:sz w:val="24"/>
        </w:rPr>
        <w:t xml:space="preserve">a) </w:t>
      </w:r>
      <w:r>
        <w:rPr>
          <w:rFonts w:ascii="Times New Roman" w:hAnsi="Times New Roman"/>
          <w:b/>
          <w:i w:val="0"/>
          <w:sz w:val="24"/>
        </w:rPr>
        <w:t>Borcun tamamına itiraz:</w:t>
      </w:r>
      <w:r>
        <w:rPr>
          <w:rFonts w:ascii="Times New Roman" w:hAnsi="Times New Roman"/>
          <w:b w:val="0"/>
          <w:i w:val="0"/>
          <w:sz w:val="24"/>
        </w:rPr>
        <w:t xml:space="preserve"> "Alacaklıya herhangi bir borcum bulunmamaktadır. Takip konusu borcun tamamına itiraz ediyorum."</w:t>
      </w:r>
    </w:p>
    <w:p>
      <w:pPr>
        <w:spacing w:after="80"/>
        <w:ind w:left="320"/>
        <w:jc w:val="both"/>
      </w:pPr>
      <w:r>
        <w:rPr>
          <w:rFonts w:ascii="Times New Roman" w:hAnsi="Times New Roman"/>
          <w:b w:val="0"/>
          <w:i w:val="0"/>
          <w:sz w:val="24"/>
        </w:rPr>
        <w:t xml:space="preserve">b) </w:t>
      </w:r>
      <w:r>
        <w:rPr>
          <w:rFonts w:ascii="Times New Roman" w:hAnsi="Times New Roman"/>
          <w:b/>
          <w:i w:val="0"/>
          <w:sz w:val="24"/>
        </w:rPr>
        <w:t>Kısmi itiraz:</w:t>
      </w:r>
      <w:r>
        <w:rPr>
          <w:rFonts w:ascii="Times New Roman" w:hAnsi="Times New Roman"/>
          <w:b w:val="0"/>
          <w:i w:val="0"/>
          <w:sz w:val="24"/>
        </w:rPr>
        <w:t xml:space="preserve"> "Takip konusu [ ● ] TL'lik alacağın yalnızca [ ● ] TL'lik kısmını kabul ediyorum; </w:t>
      </w:r>
      <w:r>
        <w:rPr>
          <w:rFonts w:ascii="Times New Roman" w:hAnsi="Times New Roman"/>
          <w:b/>
          <w:i w:val="0"/>
          <w:sz w:val="24"/>
        </w:rPr>
        <w:t>bakiye [ ● ] TL'lik kısma itiraz ediyorum.</w:t>
      </w:r>
      <w:r>
        <w:rPr>
          <w:rFonts w:ascii="Times New Roman" w:hAnsi="Times New Roman"/>
          <w:b w:val="0"/>
          <w:i w:val="0"/>
          <w:sz w:val="24"/>
        </w:rPr>
        <w:t>" [ Miktarı ve hangi kaleme ilişkin olduğunu mutlaka yazınız. ]</w:t>
      </w:r>
    </w:p>
    <w:p>
      <w:pPr>
        <w:spacing w:after="80"/>
        <w:ind w:left="320"/>
        <w:jc w:val="both"/>
      </w:pPr>
      <w:r>
        <w:rPr>
          <w:rFonts w:ascii="Times New Roman" w:hAnsi="Times New Roman"/>
          <w:b w:val="0"/>
          <w:i w:val="0"/>
          <w:sz w:val="24"/>
        </w:rPr>
        <w:t xml:space="preserve">c) </w:t>
      </w:r>
      <w:r>
        <w:rPr>
          <w:rFonts w:ascii="Times New Roman" w:hAnsi="Times New Roman"/>
          <w:b/>
          <w:i w:val="0"/>
          <w:sz w:val="24"/>
        </w:rPr>
        <w:t>Ödeme itirazı:</w:t>
      </w:r>
      <w:r>
        <w:rPr>
          <w:rFonts w:ascii="Times New Roman" w:hAnsi="Times New Roman"/>
          <w:b w:val="0"/>
          <w:i w:val="0"/>
          <w:sz w:val="24"/>
        </w:rPr>
        <w:t xml:space="preserve"> "Takip konusu borç [ ● ] tarihinde [ banka havalesi / elden ] ödenmiştir; ödemeye ilişkin belge ektedir."</w:t>
      </w:r>
    </w:p>
    <w:p>
      <w:pPr>
        <w:spacing w:after="160"/>
        <w:ind w:left="320"/>
        <w:jc w:val="both"/>
      </w:pPr>
      <w:r>
        <w:rPr>
          <w:rFonts w:ascii="Times New Roman" w:hAnsi="Times New Roman"/>
          <w:b w:val="0"/>
          <w:i w:val="0"/>
          <w:sz w:val="24"/>
        </w:rPr>
        <w:t xml:space="preserve">d) </w:t>
      </w:r>
      <w:r>
        <w:rPr>
          <w:rFonts w:ascii="Times New Roman" w:hAnsi="Times New Roman"/>
          <w:b/>
          <w:i w:val="0"/>
          <w:sz w:val="24"/>
        </w:rPr>
        <w:t>Zamanaşımı itirazı:</w:t>
      </w:r>
      <w:r>
        <w:rPr>
          <w:rFonts w:ascii="Times New Roman" w:hAnsi="Times New Roman"/>
          <w:b w:val="0"/>
          <w:i w:val="0"/>
          <w:sz w:val="24"/>
        </w:rPr>
        <w:t xml:space="preserve"> "Takip konusu alacak zamanaşımına uğramıştır."</w:t>
      </w:r>
    </w:p>
    <w:p>
      <w:pPr>
        <w:spacing w:after="160"/>
        <w:ind w:left="0"/>
        <w:jc w:val="both"/>
      </w:pPr>
      <w:r>
        <w:rPr>
          <w:rFonts w:ascii="Times New Roman" w:hAnsi="Times New Roman"/>
          <w:b/>
          <w:i w:val="0"/>
          <w:sz w:val="24"/>
        </w:rPr>
        <w:t>3. İMZAYA İTİRAZ.</w:t>
      </w:r>
      <w:r>
        <w:rPr>
          <w:rFonts w:ascii="Times New Roman" w:hAnsi="Times New Roman"/>
          <w:b w:val="0"/>
          <w:i w:val="0"/>
          <w:sz w:val="24"/>
        </w:rPr>
        <w:t xml:space="preserve"> [ Senede dayalı takipte imza size ait değilse mutlaka yazınız, aksi hâlde imzayı kabul etmiş sayılırsınız: ] "Takibe dayanak yapılan [ ● ] tarihli senet altındaki </w:t>
      </w:r>
      <w:r>
        <w:rPr>
          <w:rFonts w:ascii="Times New Roman" w:hAnsi="Times New Roman"/>
          <w:b/>
          <w:i w:val="0"/>
          <w:sz w:val="24"/>
        </w:rPr>
        <w:t>imza tarafıma ait değildir; imzaya ayrıca ve açıkça itiraz ediyorum.</w:t>
      </w:r>
      <w:r>
        <w:rPr>
          <w:rFonts w:ascii="Times New Roman" w:hAnsi="Times New Roman"/>
          <w:b w:val="0"/>
          <w:i w:val="0"/>
          <w:sz w:val="24"/>
        </w:rPr>
        <w:t>" [ İmza size aitse bu maddeyi siliniz. ]</w:t>
      </w:r>
    </w:p>
    <w:p>
      <w:pPr>
        <w:spacing w:after="160"/>
        <w:ind w:left="0"/>
        <w:jc w:val="both"/>
      </w:pPr>
      <w:r>
        <w:rPr>
          <w:rFonts w:ascii="Times New Roman" w:hAnsi="Times New Roman"/>
          <w:b/>
          <w:i w:val="0"/>
          <w:sz w:val="24"/>
        </w:rPr>
        <w:t>4. FAİZE VE FERİLERİNE İTİRAZ.</w:t>
      </w:r>
      <w:r>
        <w:rPr>
          <w:rFonts w:ascii="Times New Roman" w:hAnsi="Times New Roman"/>
          <w:b w:val="0"/>
          <w:i w:val="0"/>
          <w:sz w:val="24"/>
        </w:rPr>
        <w:t xml:space="preserve"> Takip talebinde istenen </w:t>
      </w:r>
      <w:r>
        <w:rPr>
          <w:rFonts w:ascii="Times New Roman" w:hAnsi="Times New Roman"/>
          <w:b/>
          <w:i w:val="0"/>
          <w:sz w:val="24"/>
        </w:rPr>
        <w:t>faiz oranına, faiz başlangıç tarihine ve işlemiş faiz miktarına</w:t>
      </w:r>
      <w:r>
        <w:rPr>
          <w:rFonts w:ascii="Times New Roman" w:hAnsi="Times New Roman"/>
          <w:b w:val="0"/>
          <w:i w:val="0"/>
          <w:sz w:val="24"/>
        </w:rPr>
        <w:t xml:space="preserve"> ayrıca itiraz ediyorum. Talep edilen faiz oranı yasal sınırları aşmakta olup, faiz başlangıcı bakımından da temerrüdün doğduğu tarih hatalı gösterilmiştir. Ayrıca takip masrafları ve vekâlet ücretine ilişkin taleplere de itiraz ederim.</w:t>
      </w:r>
    </w:p>
    <w:p>
      <w:pPr>
        <w:spacing w:after="160"/>
        <w:ind w:left="0"/>
        <w:jc w:val="both"/>
      </w:pPr>
      <w:r>
        <w:rPr>
          <w:rFonts w:ascii="Times New Roman" w:hAnsi="Times New Roman"/>
          <w:b/>
          <w:i w:val="0"/>
          <w:sz w:val="24"/>
        </w:rPr>
        <w:t>5. YETKİYE İTİRAZ.</w:t>
      </w:r>
      <w:r>
        <w:rPr>
          <w:rFonts w:ascii="Times New Roman" w:hAnsi="Times New Roman"/>
          <w:b w:val="0"/>
          <w:i w:val="0"/>
          <w:sz w:val="24"/>
        </w:rPr>
        <w:t xml:space="preserve"> [ Yetkisiz icra dairesinde takip başlatıldıysa kullanınız, aksi hâlde siliniz: ] "Yerleşim yerim [ ● ] olup, takibin yapıldığı icra dairesi yetkisizdir; </w:t>
      </w:r>
      <w:r>
        <w:rPr>
          <w:rFonts w:ascii="Times New Roman" w:hAnsi="Times New Roman"/>
          <w:b/>
          <w:i w:val="0"/>
          <w:sz w:val="24"/>
        </w:rPr>
        <w:t>yetkiye de itiraz ediyorum.</w:t>
      </w:r>
      <w:r>
        <w:rPr>
          <w:rFonts w:ascii="Times New Roman" w:hAnsi="Times New Roman"/>
          <w:b w:val="0"/>
          <w:i w:val="0"/>
          <w:sz w:val="24"/>
        </w:rPr>
        <w:t xml:space="preserve"> Yetkili icra dairesi [ ● ] İcra Müdürlüğüdür." ]</w:t>
      </w:r>
    </w:p>
    <w:p>
      <w:pPr>
        <w:spacing w:after="160"/>
        <w:ind w:left="0"/>
        <w:jc w:val="both"/>
      </w:pPr>
      <w:r>
        <w:rPr>
          <w:rFonts w:ascii="Times New Roman" w:hAnsi="Times New Roman"/>
          <w:b/>
          <w:i w:val="0"/>
          <w:sz w:val="24"/>
        </w:rPr>
        <w:t>6.</w:t>
      </w:r>
      <w:r>
        <w:rPr>
          <w:rFonts w:ascii="Times New Roman" w:hAnsi="Times New Roman"/>
          <w:b w:val="0"/>
          <w:i w:val="0"/>
          <w:sz w:val="24"/>
        </w:rPr>
        <w:t xml:space="preserve"> İİK m. 62/3 uyarınca yurt içi adresim yukarıda gösterilmiştir.</w:t>
      </w:r>
    </w:p>
    <w:p>
      <w:pPr>
        <w:spacing w:after="160" w:before="280"/>
        <w:ind w:left="0"/>
        <w:jc w:val="left"/>
      </w:pPr>
      <w:r>
        <w:rPr>
          <w:rFonts w:ascii="Times New Roman" w:hAnsi="Times New Roman"/>
          <w:b/>
          <w:i w:val="0"/>
          <w:sz w:val="24"/>
        </w:rPr>
        <w:t>SONUÇ VE İSTEM</w:t>
      </w:r>
    </w:p>
    <w:p>
      <w:pPr>
        <w:spacing w:after="160"/>
        <w:ind w:left="0"/>
        <w:jc w:val="both"/>
      </w:pPr>
      <w:r>
        <w:rPr>
          <w:rFonts w:ascii="Times New Roman" w:hAnsi="Times New Roman"/>
          <w:b w:val="0"/>
          <w:i w:val="0"/>
          <w:sz w:val="24"/>
        </w:rPr>
        <w:t xml:space="preserve">Yukarıda açıklanan nedenlerle; süresi içinde yaptığım itirazlarım doğrultusunda </w:t>
      </w:r>
      <w:r>
        <w:rPr>
          <w:rFonts w:ascii="Times New Roman" w:hAnsi="Times New Roman"/>
          <w:b/>
          <w:i w:val="0"/>
          <w:sz w:val="24"/>
        </w:rPr>
        <w:t>takibin durdurulmasına</w:t>
      </w:r>
      <w:r>
        <w:rPr>
          <w:rFonts w:ascii="Times New Roman" w:hAnsi="Times New Roman"/>
          <w:b w:val="0"/>
          <w:i w:val="0"/>
          <w:sz w:val="24"/>
        </w:rPr>
        <w:t xml:space="preserve"> ve itiraz belgesinin tarafıma verilmesine karar verilmesini saygıyla talep ederim. …… / …… / 20……</w:t>
      </w:r>
    </w:p>
    <w:p>
      <w:pPr>
        <w:spacing w:after="40"/>
        <w:jc w:val="right"/>
      </w:pPr>
      <w:r>
        <w:rPr>
          <w:rFonts w:ascii="Times New Roman" w:hAnsi="Times New Roman"/>
          <w:b/>
          <w:i w:val="0"/>
          <w:sz w:val="24"/>
        </w:rPr>
        <w:t>İtiraz Eden Borçlu [ / Vekili ]</w:t>
      </w:r>
    </w:p>
    <w:p>
      <w:pPr>
        <w:spacing w:after="360"/>
        <w:jc w:val="right"/>
      </w:pPr>
      <w:r>
        <w:rPr>
          <w:rFonts w:ascii="Times New Roman" w:hAnsi="Times New Roman"/>
          <w:b/>
          <w:i w:val="0"/>
          <w:sz w:val="24"/>
        </w:rPr>
        <w:t>[ Ad Soyad — İmza ]</w:t>
      </w:r>
    </w:p>
    <w:p>
      <w:pPr>
        <w:spacing w:after="120"/>
        <w:ind w:left="0"/>
        <w:jc w:val="left"/>
      </w:pPr>
      <w:r>
        <w:rPr>
          <w:rFonts w:ascii="Times New Roman" w:hAnsi="Times New Roman"/>
          <w:b/>
          <w:i w:val="0"/>
          <w:sz w:val="20"/>
        </w:rPr>
        <w:t>EKLER:</w:t>
      </w:r>
      <w:r>
        <w:rPr>
          <w:rFonts w:ascii="Times New Roman" w:hAnsi="Times New Roman"/>
          <w:b w:val="0"/>
          <w:i w:val="0"/>
          <w:sz w:val="20"/>
        </w:rPr>
        <w:t xml:space="preserve"> 1) Ödeme emri tebliğ zarfı örneği · 2) [ Varsa ] ödeme belgeleri · 3) [ Varsa ] vekâletname</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